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439" w:rsidRPr="00505B3E" w:rsidRDefault="0024650F" w:rsidP="002D0409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5B3E">
        <w:rPr>
          <w:rFonts w:ascii="Times New Roman" w:hAnsi="Times New Roman" w:cs="Times New Roman"/>
          <w:sz w:val="28"/>
          <w:szCs w:val="28"/>
          <w:lang w:val="ru-RU"/>
        </w:rPr>
        <w:t>20500</w:t>
      </w:r>
      <w:r w:rsidRPr="00505B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C6F3C" w:rsidRPr="00505B3E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505B3E">
        <w:rPr>
          <w:rFonts w:ascii="Times New Roman" w:hAnsi="Times New Roman" w:cs="Times New Roman"/>
          <w:sz w:val="28"/>
          <w:szCs w:val="28"/>
          <w:lang w:val="kk-KZ"/>
        </w:rPr>
        <w:t>Материалдар инжинири</w:t>
      </w:r>
      <w:r w:rsidR="006C6F3C" w:rsidRPr="00505B3E">
        <w:rPr>
          <w:rFonts w:ascii="Times New Roman" w:hAnsi="Times New Roman" w:cs="Times New Roman"/>
          <w:sz w:val="28"/>
          <w:szCs w:val="28"/>
          <w:lang w:val="kk-KZ"/>
        </w:rPr>
        <w:t>нгі, 20506 - Металлургия</w:t>
      </w:r>
      <w:r w:rsidRPr="00505B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4650F" w:rsidRPr="00505B3E" w:rsidRDefault="0024650F" w:rsidP="002D0409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5B3E">
        <w:rPr>
          <w:rFonts w:ascii="Times New Roman" w:hAnsi="Times New Roman" w:cs="Times New Roman"/>
          <w:sz w:val="28"/>
          <w:szCs w:val="28"/>
          <w:lang w:val="kk-KZ"/>
        </w:rPr>
        <w:t>Ғылыми бағыты бойынша</w:t>
      </w:r>
    </w:p>
    <w:p w:rsidR="0024650F" w:rsidRPr="00505B3E" w:rsidRDefault="0024650F" w:rsidP="002D0409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505B3E">
        <w:rPr>
          <w:rFonts w:ascii="Times New Roman" w:hAnsi="Times New Roman" w:cs="Times New Roman"/>
          <w:b/>
          <w:sz w:val="28"/>
          <w:szCs w:val="28"/>
          <w:u w:val="single"/>
          <w:lang w:val="kk-KZ"/>
        </w:rPr>
        <w:t>профессор</w:t>
      </w:r>
      <w:r w:rsidRPr="00505B3E">
        <w:rPr>
          <w:rFonts w:ascii="Times New Roman" w:hAnsi="Times New Roman" w:cs="Times New Roman"/>
          <w:sz w:val="28"/>
          <w:szCs w:val="28"/>
          <w:lang w:val="kk-KZ"/>
        </w:rPr>
        <w:t xml:space="preserve"> ғылыми атағын ізденуші туралы </w:t>
      </w:r>
    </w:p>
    <w:p w:rsidR="0024650F" w:rsidRPr="00505B3E" w:rsidRDefault="0024650F" w:rsidP="002D04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05B3E">
        <w:rPr>
          <w:rFonts w:ascii="Times New Roman" w:hAnsi="Times New Roman" w:cs="Times New Roman"/>
          <w:b/>
          <w:sz w:val="28"/>
          <w:szCs w:val="28"/>
          <w:lang w:val="kk-KZ"/>
        </w:rPr>
        <w:t>АНЫҚТАМА</w:t>
      </w:r>
    </w:p>
    <w:p w:rsidR="002D0409" w:rsidRPr="00505B3E" w:rsidRDefault="002D0409" w:rsidP="002D0409">
      <w:pPr>
        <w:spacing w:after="0"/>
        <w:jc w:val="center"/>
        <w:rPr>
          <w:rFonts w:ascii="Times New Roman" w:hAnsi="Times New Roman" w:cs="Times New Roman"/>
          <w:sz w:val="16"/>
          <w:szCs w:val="16"/>
          <w:lang w:val="ru-RU"/>
        </w:rPr>
      </w:pPr>
    </w:p>
    <w:tbl>
      <w:tblPr>
        <w:tblStyle w:val="aff0"/>
        <w:tblW w:w="10348" w:type="dxa"/>
        <w:tblInd w:w="-601" w:type="dxa"/>
        <w:tblLook w:val="04A0" w:firstRow="1" w:lastRow="0" w:firstColumn="1" w:lastColumn="0" w:noHBand="0" w:noVBand="1"/>
      </w:tblPr>
      <w:tblGrid>
        <w:gridCol w:w="456"/>
        <w:gridCol w:w="3542"/>
        <w:gridCol w:w="6350"/>
      </w:tblGrid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2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Тегі, аты, әкесінің аты (бар болса)</w:t>
            </w:r>
          </w:p>
        </w:tc>
        <w:tc>
          <w:tcPr>
            <w:tcW w:w="6350" w:type="dxa"/>
          </w:tcPr>
          <w:p w:rsidR="00674439" w:rsidRPr="006F38B3" w:rsidRDefault="006F38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38B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Чепуштанова Татьяна Александровна</w:t>
            </w:r>
          </w:p>
        </w:tc>
      </w:tr>
      <w:tr w:rsidR="00674439" w:rsidRPr="00CC6D61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2" w:type="dxa"/>
          </w:tcPr>
          <w:p w:rsidR="00674439" w:rsidRPr="0024650F" w:rsidRDefault="002D0409" w:rsidP="0024650F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Ғылыми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дәрежесі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ғылым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кандидаты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ғылым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докторы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, PhD,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бейін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доктор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="0024650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немесе философия докторы </w:t>
            </w:r>
            <w:r w:rsidR="002465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(PhD), </w:t>
            </w:r>
            <w:r w:rsidR="0024650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бейіні бойынша доктор академиялық дәрежесі немесе философия докторы </w:t>
            </w:r>
            <w:r w:rsidR="0024650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(PhD)</w:t>
            </w:r>
            <w:r w:rsidR="0024650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бейіні бойынша доктор дәрежесі, </w:t>
            </w:r>
            <w:proofErr w:type="spellStart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берілген</w:t>
            </w:r>
            <w:proofErr w:type="spellEnd"/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650F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уақыты</w:t>
            </w:r>
          </w:p>
        </w:tc>
        <w:tc>
          <w:tcPr>
            <w:tcW w:w="6350" w:type="dxa"/>
          </w:tcPr>
          <w:p w:rsidR="006F38B3" w:rsidRDefault="006F38B3" w:rsidP="006C6F3C">
            <w:pPr>
              <w:pStyle w:val="aff8"/>
              <w:spacing w:before="0" w:beforeAutospacing="0" w:after="0" w:afterAutospacing="0"/>
              <w:jc w:val="both"/>
              <w:rPr>
                <w:lang w:val="kk-KZ"/>
              </w:rPr>
            </w:pPr>
            <w:r w:rsidRPr="006F38B3">
              <w:rPr>
                <w:lang w:val="kk-KZ"/>
              </w:rPr>
              <w:t>Қазақстан Республикасы Білім және ғылым министрлігінің Білім және ғылым саласындағы бақылау комитетінің шешімімен «05.16.02 – Қара, түсті және сирек металдар металлургиясы» мамандығы бойынша техникалық ғылымдар кандидаты ғылыми дәрежесі берілді (ҒК № 0004530, 25.05.2010 ж.).</w:t>
            </w:r>
          </w:p>
          <w:p w:rsidR="006C6F3C" w:rsidRPr="006F38B3" w:rsidRDefault="006C6F3C" w:rsidP="006C6F3C">
            <w:pPr>
              <w:pStyle w:val="aff8"/>
              <w:spacing w:before="0" w:beforeAutospacing="0" w:after="0" w:afterAutospacing="0"/>
              <w:jc w:val="both"/>
              <w:rPr>
                <w:lang w:val="kk-KZ"/>
              </w:rPr>
            </w:pPr>
          </w:p>
          <w:p w:rsidR="006F38B3" w:rsidRPr="006F38B3" w:rsidRDefault="006F38B3" w:rsidP="006C6F3C">
            <w:pPr>
              <w:pStyle w:val="aff8"/>
              <w:spacing w:before="0" w:beforeAutospacing="0" w:after="0" w:afterAutospacing="0"/>
              <w:jc w:val="both"/>
              <w:rPr>
                <w:lang w:val="kk-KZ"/>
              </w:rPr>
            </w:pPr>
            <w:r w:rsidRPr="006F38B3">
              <w:rPr>
                <w:lang w:val="kk-KZ"/>
              </w:rPr>
              <w:t>Мемлекеттік аттестаттау комиссиясының 26.05.2010 жылғы шешімімен «6D070900 – Металлургия» мамандығы бойынша философия докторы (PhD) жоғары академиялық дәрежесі берілді (ЖООК-Д № 0000163, 26.05.2010 ж.).</w:t>
            </w:r>
          </w:p>
          <w:p w:rsidR="00674439" w:rsidRPr="006F38B3" w:rsidRDefault="006F38B3" w:rsidP="006F38B3">
            <w:pPr>
              <w:pStyle w:val="aff8"/>
              <w:jc w:val="both"/>
              <w:rPr>
                <w:lang w:val="kk-KZ"/>
              </w:rPr>
            </w:pPr>
            <w:r w:rsidRPr="006F38B3">
              <w:rPr>
                <w:lang w:val="kk-KZ"/>
              </w:rPr>
              <w:t xml:space="preserve">АҚШ-тағы Колорадо </w:t>
            </w:r>
            <w:r w:rsidR="006C6F3C">
              <w:rPr>
                <w:lang w:val="kk-KZ"/>
              </w:rPr>
              <w:t>Т</w:t>
            </w:r>
            <w:r w:rsidRPr="006F38B3">
              <w:rPr>
                <w:lang w:val="kk-KZ"/>
              </w:rPr>
              <w:t>ау-кен мектебінің металлургия саласы бойынша философия докторы (PhD) ғылыми дәрежесін беру туралы дипломы, 30.06.2010 ж.</w:t>
            </w:r>
          </w:p>
        </w:tc>
      </w:tr>
      <w:tr w:rsidR="00674439" w:rsidRPr="00B74368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2" w:type="dxa"/>
          </w:tcPr>
          <w:p w:rsidR="00674439" w:rsidRPr="00B74368" w:rsidRDefault="002D0409" w:rsidP="00B743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Ғылыми атағы, берілген күні</w:t>
            </w:r>
          </w:p>
        </w:tc>
        <w:tc>
          <w:tcPr>
            <w:tcW w:w="6350" w:type="dxa"/>
          </w:tcPr>
          <w:p w:rsidR="00674439" w:rsidRPr="00B74368" w:rsidRDefault="00B74368" w:rsidP="00B7436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Қазақстан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Білім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ғылым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министрлігінің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Білім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ғылым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саласындағы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бақылау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комитетінің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шешімімен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Металлургия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мамандығы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бойынша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қауымдастырылған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профессор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ғылыми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атағы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берілді</w:t>
            </w:r>
            <w:proofErr w:type="spellEnd"/>
            <w:r w:rsidRPr="00B74368">
              <w:rPr>
                <w:rFonts w:ascii="Times New Roman" w:hAnsi="Times New Roman" w:cs="Times New Roman"/>
                <w:sz w:val="24"/>
                <w:szCs w:val="24"/>
              </w:rPr>
              <w:t xml:space="preserve"> (ДЦ № 0000109, 09.10.2015 ж.).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2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Құрметті атағы, берілген күні</w:t>
            </w:r>
          </w:p>
        </w:tc>
        <w:tc>
          <w:tcPr>
            <w:tcW w:w="6350" w:type="dxa"/>
          </w:tcPr>
          <w:p w:rsidR="00674439" w:rsidRPr="00B74368" w:rsidRDefault="00B74368" w:rsidP="00B743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2" w:type="dxa"/>
          </w:tcPr>
          <w:p w:rsidR="00674439" w:rsidRPr="002D0409" w:rsidRDefault="006C6F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6F3C">
              <w:rPr>
                <w:rFonts w:ascii="Times New Roman" w:hAnsi="Times New Roman" w:cs="Times New Roman"/>
                <w:sz w:val="24"/>
                <w:szCs w:val="24"/>
              </w:rPr>
              <w:t>Лауазымы</w:t>
            </w:r>
            <w:proofErr w:type="spellEnd"/>
            <w:r w:rsidRPr="006C6F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>тағайындау</w:t>
            </w:r>
            <w:proofErr w:type="spellEnd"/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>туралы</w:t>
            </w:r>
            <w:proofErr w:type="spellEnd"/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>бұйрықтың</w:t>
            </w:r>
            <w:proofErr w:type="spellEnd"/>
            <w:r w:rsidR="002D0409"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 күні мен нөмірі)</w:t>
            </w:r>
          </w:p>
        </w:tc>
        <w:tc>
          <w:tcPr>
            <w:tcW w:w="6350" w:type="dxa"/>
          </w:tcPr>
          <w:p w:rsidR="00CC6D61" w:rsidRPr="00CC6D61" w:rsidRDefault="00CC6D61" w:rsidP="00CC6D6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Сәтбаев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атындағы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Қазақ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ұлттық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техникалық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университетінің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Металлургиялық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процестер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жылутехника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арнайы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материалдар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кафедрасының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меңгерушісі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№ 947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бұйрық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24.06.2016 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30.09.2024 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4439" w:rsidRPr="00CC6D61" w:rsidRDefault="00CC6D61" w:rsidP="00CC6D61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Сәтбаев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атындағы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Қазақ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ұлттық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техникалық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университетінің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Металлургия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пайдалы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қазбаларды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байыту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кафедрасының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профессоры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№ 2438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бұйрық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01.10.2024 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–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қазіргі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уақытқа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дейін</w:t>
            </w:r>
            <w:proofErr w:type="spellEnd"/>
            <w:r w:rsidRPr="00CC6D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2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Ғылыми, ғылыми-зерттеу және педагогикалық қызмет өтілі</w:t>
            </w:r>
          </w:p>
        </w:tc>
        <w:tc>
          <w:tcPr>
            <w:tcW w:w="6350" w:type="dxa"/>
          </w:tcPr>
          <w:p w:rsidR="00674439" w:rsidRPr="00CC6D61" w:rsidRDefault="00CC6D61" w:rsidP="00B7436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Ғылыми-педагогикалық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еңбек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өтілі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CC6D6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>жыл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қауымдастырылған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профессор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ғылыми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атағы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берілгеннен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кейінгі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еңбек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өтілі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CC6D6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sz w:val="24"/>
                <w:szCs w:val="24"/>
              </w:rPr>
              <w:t>жыл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4439" w:rsidRPr="006F38B3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2" w:type="dxa"/>
          </w:tcPr>
          <w:p w:rsidR="00674439" w:rsidRPr="00B74368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4368">
              <w:rPr>
                <w:rFonts w:ascii="Times New Roman" w:hAnsi="Times New Roman" w:cs="Times New Roman"/>
                <w:sz w:val="24"/>
                <w:szCs w:val="24"/>
              </w:rPr>
              <w:t>Диссертация қорғағаннан кейін / доцент ғылыми атағын алғаннан кейінгі жарияланған ғылыми мақалалар саны</w:t>
            </w:r>
          </w:p>
        </w:tc>
        <w:tc>
          <w:tcPr>
            <w:tcW w:w="6350" w:type="dxa"/>
          </w:tcPr>
          <w:p w:rsidR="0024650F" w:rsidRPr="00CC6D61" w:rsidRDefault="00CC6D61" w:rsidP="00CC6D6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Жалпы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саны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E54813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47</w:t>
            </w:r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оның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ішінде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C6D6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уәкілетті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орган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ұсынған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басылымдарда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E54813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22</w:t>
            </w:r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CC6D6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Clarivate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Analytics</w:t>
            </w:r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компаниясының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дерекқорларына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кіретін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ғылыми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>журналдарда</w:t>
            </w:r>
            <w:proofErr w:type="spellEnd"/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Web of Science Core Collection</w:t>
            </w:r>
            <w:r w:rsidRPr="00CC6D61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Scopus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немесе</w:t>
            </w:r>
            <w:proofErr w:type="spellEnd"/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JSTOR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базаларында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54813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18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олардың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ішінде</w:t>
            </w:r>
            <w:proofErr w:type="spellEnd"/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процентилі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50-ден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жоғары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журналдарда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бірінші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автор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ретінде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жарияланған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мақалалар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– </w:t>
            </w:r>
            <w:r w:rsidRPr="00E54813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басқа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ғылыми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басылымдарда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жарияланған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мақалалар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және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халықаралық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конференциялар</w:t>
            </w:r>
            <w:proofErr w:type="spellEnd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4813">
              <w:rPr>
                <w:rFonts w:ascii="Times New Roman" w:hAnsi="Times New Roman" w:cs="Times New Roman"/>
                <w:sz w:val="24"/>
                <w:szCs w:val="24"/>
              </w:rPr>
              <w:t>еңбектері</w:t>
            </w:r>
            <w:proofErr w:type="spellEnd"/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Pr="00E54813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C6D61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Патенттер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саны</w:t>
            </w:r>
            <w:proofErr w:type="spellEnd"/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 xml:space="preserve"> – </w:t>
            </w:r>
            <w:r w:rsidRPr="00E54813">
              <w:rPr>
                <w:rStyle w:val="af6"/>
                <w:rFonts w:ascii="Times New Roman" w:hAnsi="Times New Roman" w:cs="Times New Roman"/>
                <w:sz w:val="24"/>
                <w:szCs w:val="24"/>
                <w:u w:val="single"/>
              </w:rPr>
              <w:t>7</w:t>
            </w:r>
            <w:r w:rsidRPr="00CC6D61">
              <w:rPr>
                <w:rStyle w:val="af6"/>
                <w:rFonts w:ascii="Times New Roman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42" w:type="dxa"/>
          </w:tcPr>
          <w:p w:rsidR="00674439" w:rsidRPr="00CB5F9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Соңғы 5 жылда жарияланған монографиялар, оқулықтар және дербес жазылған оқу құралдарының саны</w:t>
            </w:r>
          </w:p>
        </w:tc>
        <w:tc>
          <w:tcPr>
            <w:tcW w:w="6350" w:type="dxa"/>
          </w:tcPr>
          <w:p w:rsidR="005765C8" w:rsidRPr="00CB5F99" w:rsidRDefault="00CB5F99" w:rsidP="00CB5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Монографиялар</w:t>
            </w:r>
            <w:proofErr w:type="spellEnd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B692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оқу</w:t>
            </w:r>
            <w:proofErr w:type="spellEnd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құралдары</w:t>
            </w:r>
            <w:proofErr w:type="spellEnd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bookmarkStart w:id="0" w:name="_GoBack"/>
            <w:r w:rsidRPr="005B692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</w:t>
            </w:r>
            <w:bookmarkEnd w:id="0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4439" w:rsidRPr="00CC6D61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2" w:type="dxa"/>
          </w:tcPr>
          <w:p w:rsidR="00674439" w:rsidRPr="00CB5F99" w:rsidRDefault="005765C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B5F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Оның басшылығымен диссертация қорғаған және ғылыми дәрежесі 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ғылым кандидаты, ғылым докторы, философия докторы 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PhD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бейіні бойынша доктор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CB5F9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немесе</w:t>
            </w:r>
            <w:proofErr w:type="spellEnd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философия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5F9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докторы</w:t>
            </w:r>
            <w:proofErr w:type="spellEnd"/>
            <w:r w:rsidRPr="00CB5F9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PhD</w:t>
            </w: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, 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бейіні бойынша доктор академиялық дәрежесі немесе философия докторы 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(PhD)</w:t>
            </w:r>
            <w:r w:rsidRPr="00CB5F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</w:p>
          <w:p w:rsidR="005765C8" w:rsidRPr="00CB5F99" w:rsidRDefault="005765C8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B5F9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бейіні бойынша доктор дәрежесі бар тұлғалар </w:t>
            </w:r>
          </w:p>
        </w:tc>
        <w:tc>
          <w:tcPr>
            <w:tcW w:w="6350" w:type="dxa"/>
          </w:tcPr>
          <w:p w:rsidR="00CB5F99" w:rsidRPr="00505B3E" w:rsidRDefault="00CB5F99" w:rsidP="00CB5F99">
            <w:pPr>
              <w:pStyle w:val="aff8"/>
              <w:jc w:val="both"/>
              <w:rPr>
                <w:lang w:val="kk-KZ"/>
              </w:rPr>
            </w:pPr>
            <w:r>
              <w:rPr>
                <w:rFonts w:hAnsi="Symbol"/>
                <w:lang w:val="kk-KZ"/>
              </w:rPr>
              <w:t xml:space="preserve">1. </w:t>
            </w:r>
            <w:r w:rsidRPr="00505B3E">
              <w:rPr>
                <w:rStyle w:val="af6"/>
                <w:b w:val="0"/>
                <w:lang w:val="kk-KZ"/>
              </w:rPr>
              <w:t>Меркибаев Ерик Серикович</w:t>
            </w:r>
            <w:r w:rsidRPr="00505B3E">
              <w:rPr>
                <w:lang w:val="kk-KZ"/>
              </w:rPr>
              <w:t xml:space="preserve"> – философия докторы (PhD) (қорғау күні 18.04.2024 ж., № 4). 26.04.2024 ж. № 635-д бұйрығымен «6D070900 – Металлургия» мамандығы бойынша философия докторы (PhD) ғылыми дәрежесі берілді, тіркеу № 145, PhD № 00000599924, 03.05.2024 ж.</w:t>
            </w:r>
          </w:p>
          <w:p w:rsidR="00CB5F99" w:rsidRPr="00505B3E" w:rsidRDefault="00CB5F99" w:rsidP="00CB5F99">
            <w:pPr>
              <w:pStyle w:val="aff8"/>
              <w:jc w:val="both"/>
              <w:rPr>
                <w:lang w:val="kk-KZ"/>
              </w:rPr>
            </w:pPr>
            <w:r w:rsidRPr="00505B3E">
              <w:rPr>
                <w:rFonts w:hAnsi="Symbol"/>
                <w:lang w:val="kk-KZ"/>
              </w:rPr>
              <w:t xml:space="preserve">2. </w:t>
            </w:r>
            <w:r w:rsidRPr="00505B3E">
              <w:rPr>
                <w:rStyle w:val="af6"/>
                <w:b w:val="0"/>
                <w:lang w:val="kk-KZ"/>
              </w:rPr>
              <w:t>Есиркегенов Меирбек Ирагимович</w:t>
            </w:r>
            <w:r w:rsidRPr="00505B3E">
              <w:rPr>
                <w:lang w:val="kk-KZ"/>
              </w:rPr>
              <w:t xml:space="preserve"> – философия докторы (PhD) (қорғау күні 29.05.2025 ж., № 6). 12.06.2025 ж. № 883-д бұйрығымен «6D07204 – Металлургиялық инженерия» мамандығы бойынша философия докторы (PhD) ғылыми дәрежесі берілді, тіркеу № 206, PhD № 00031669125, 19.06.2025 ж.</w:t>
            </w:r>
          </w:p>
          <w:p w:rsidR="00674439" w:rsidRPr="00CB5F99" w:rsidRDefault="00CB5F99" w:rsidP="00CB5F99">
            <w:pPr>
              <w:pStyle w:val="aff8"/>
              <w:jc w:val="both"/>
              <w:rPr>
                <w:lang w:val="kk-KZ"/>
              </w:rPr>
            </w:pPr>
            <w:r w:rsidRPr="00505B3E">
              <w:rPr>
                <w:rFonts w:hAnsi="Symbol"/>
                <w:lang w:val="kk-KZ"/>
              </w:rPr>
              <w:t xml:space="preserve">3. </w:t>
            </w:r>
            <w:r w:rsidRPr="00505B3E">
              <w:rPr>
                <w:rStyle w:val="af6"/>
                <w:b w:val="0"/>
                <w:lang w:val="kk-KZ"/>
              </w:rPr>
              <w:t>Сарсембеков Турар Кусманович</w:t>
            </w:r>
            <w:r w:rsidRPr="00505B3E">
              <w:rPr>
                <w:lang w:val="kk-KZ"/>
              </w:rPr>
              <w:t xml:space="preserve"> – философия докторы (PhD) (қорғау күні 28.11.2025 ж., № 22). 05</w:t>
            </w:r>
            <w:r w:rsidRPr="00CB5F99">
              <w:rPr>
                <w:lang w:val="kk-KZ"/>
              </w:rPr>
              <w:t>.12.2025 ж. № 2045-д бұйрығымен «6D070900 – Металлургия» мамандығы бойынша философия докторы (PhD) ғылыми дәрежесі берілді, тіркеу № 238, PhD № 00032551225, 23.12.2025 ж.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2" w:type="dxa"/>
          </w:tcPr>
          <w:p w:rsidR="00674439" w:rsidRPr="00CB5F99" w:rsidRDefault="002D0409" w:rsidP="00CB5F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F99">
              <w:rPr>
                <w:rFonts w:ascii="Times New Roman" w:hAnsi="Times New Roman" w:cs="Times New Roman"/>
                <w:sz w:val="24"/>
                <w:szCs w:val="24"/>
              </w:rPr>
              <w:t>Ғылыми жетекшілігімен халықаралық, республикалық, шетелдік байқаулар, көрмелер, фестивальдер, марапаттар, олимпиадалар жүлдегерлері мен жеңімпаздары</w:t>
            </w:r>
          </w:p>
        </w:tc>
        <w:tc>
          <w:tcPr>
            <w:tcW w:w="6350" w:type="dxa"/>
          </w:tcPr>
          <w:p w:rsidR="00CB5F99" w:rsidRPr="00CB5F99" w:rsidRDefault="00CB5F99" w:rsidP="00CB5F99">
            <w:pPr>
              <w:pStyle w:val="aff8"/>
              <w:jc w:val="both"/>
              <w:rPr>
                <w:lang w:val="en-US"/>
              </w:rPr>
            </w:pPr>
            <w:proofErr w:type="spellStart"/>
            <w:r w:rsidRPr="00CB5F99">
              <w:t>Қожабеков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Райымбек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Рысбекұлы</w:t>
            </w:r>
            <w:proofErr w:type="spellEnd"/>
            <w:r w:rsidRPr="00CB5F99">
              <w:rPr>
                <w:lang w:val="en-US"/>
              </w:rPr>
              <w:t xml:space="preserve"> – </w:t>
            </w:r>
            <w:proofErr w:type="spellStart"/>
            <w:r w:rsidRPr="00CB5F99">
              <w:rPr>
                <w:lang w:val="en-US"/>
              </w:rPr>
              <w:t>Interclover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халықаралық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конкурсының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жүлдегері</w:t>
            </w:r>
            <w:proofErr w:type="spellEnd"/>
            <w:r w:rsidRPr="00CB5F99">
              <w:rPr>
                <w:lang w:val="en-US"/>
              </w:rPr>
              <w:t xml:space="preserve">: </w:t>
            </w:r>
            <w:proofErr w:type="spellStart"/>
            <w:r w:rsidRPr="00CB5F99">
              <w:t>магистратурадағы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="006C6F3C">
              <w:rPr>
                <w:lang w:val="kk-KZ"/>
              </w:rPr>
              <w:t>диссернтациялық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жұмысы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үшін</w:t>
            </w:r>
            <w:proofErr w:type="spellEnd"/>
            <w:r w:rsidRPr="00CB5F99">
              <w:rPr>
                <w:lang w:val="en-US"/>
              </w:rPr>
              <w:t xml:space="preserve"> II </w:t>
            </w:r>
            <w:proofErr w:type="spellStart"/>
            <w:r w:rsidRPr="00CB5F99">
              <w:t>дәрежелі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Pr="00CB5F99">
              <w:t>диплом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иегері</w:t>
            </w:r>
            <w:proofErr w:type="spellEnd"/>
            <w:r w:rsidRPr="00CB5F99">
              <w:rPr>
                <w:lang w:val="en-US"/>
              </w:rPr>
              <w:t xml:space="preserve">. </w:t>
            </w:r>
            <w:r w:rsidR="006C6F3C">
              <w:rPr>
                <w:lang w:val="kk-KZ"/>
              </w:rPr>
              <w:t>Диссертацияның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тақырыбы</w:t>
            </w:r>
            <w:proofErr w:type="spellEnd"/>
            <w:r w:rsidRPr="00CB5F99">
              <w:rPr>
                <w:lang w:val="en-US"/>
              </w:rPr>
              <w:t xml:space="preserve"> – «</w:t>
            </w:r>
            <w:proofErr w:type="spellStart"/>
            <w:r w:rsidRPr="00CB5F99">
              <w:t>Ғылыми</w:t>
            </w:r>
            <w:proofErr w:type="spellEnd"/>
            <w:r w:rsidRPr="00CB5F99">
              <w:rPr>
                <w:lang w:val="en-US"/>
              </w:rPr>
              <w:t>-</w:t>
            </w:r>
            <w:proofErr w:type="spellStart"/>
            <w:r w:rsidRPr="00CB5F99">
              <w:t>зерттеу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жобасы</w:t>
            </w:r>
            <w:proofErr w:type="spellEnd"/>
            <w:r w:rsidRPr="00CB5F99">
              <w:rPr>
                <w:lang w:val="en-US"/>
              </w:rPr>
              <w:t xml:space="preserve">: </w:t>
            </w:r>
            <w:proofErr w:type="spellStart"/>
            <w:r w:rsidRPr="00CB5F99">
              <w:t>тотыққан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және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аралас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Pr="00CB5F99">
              <w:t>полиметалл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кендері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Pr="00CB5F99">
              <w:t>мен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байыту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өндірісінің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аралық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өнімдерін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сульфидтендіруші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күйдіру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механизмін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анықтау</w:t>
            </w:r>
            <w:proofErr w:type="spellEnd"/>
            <w:r w:rsidRPr="00CB5F99">
              <w:rPr>
                <w:lang w:val="en-US"/>
              </w:rPr>
              <w:t>».</w:t>
            </w:r>
          </w:p>
          <w:p w:rsidR="00674439" w:rsidRPr="006C6F3C" w:rsidRDefault="00CB5F99" w:rsidP="00CB5F99">
            <w:pPr>
              <w:pStyle w:val="aff8"/>
              <w:jc w:val="both"/>
              <w:rPr>
                <w:lang w:val="en-US"/>
              </w:rPr>
            </w:pPr>
            <w:r w:rsidRPr="00CB5F99">
              <w:rPr>
                <w:lang w:val="en-US"/>
              </w:rPr>
              <w:t xml:space="preserve">2021 </w:t>
            </w:r>
            <w:proofErr w:type="spellStart"/>
            <w:r w:rsidRPr="00CB5F99">
              <w:t>жылғы</w:t>
            </w:r>
            <w:proofErr w:type="spellEnd"/>
            <w:r w:rsidRPr="00CB5F99">
              <w:rPr>
                <w:lang w:val="en-US"/>
              </w:rPr>
              <w:t xml:space="preserve"> 28 </w:t>
            </w:r>
            <w:proofErr w:type="spellStart"/>
            <w:r w:rsidRPr="00CB5F99">
              <w:t>ақпанда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Ресей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Федерациясының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Pr="00CB5F99">
              <w:t>Нижний</w:t>
            </w:r>
            <w:r w:rsidRPr="00CB5F99">
              <w:rPr>
                <w:lang w:val="en-US"/>
              </w:rPr>
              <w:t xml:space="preserve"> </w:t>
            </w:r>
            <w:r w:rsidRPr="00CB5F99">
              <w:t>Новгород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қаласында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rPr>
                <w:lang w:val="en-US"/>
              </w:rPr>
              <w:t>Interclover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жобасы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ұйымдастырған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білім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Pr="00CB5F99">
              <w:t>беру</w:t>
            </w:r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саласындағы</w:t>
            </w:r>
            <w:proofErr w:type="spellEnd"/>
            <w:r w:rsidRPr="00CB5F99">
              <w:rPr>
                <w:lang w:val="en-US"/>
              </w:rPr>
              <w:t xml:space="preserve"> «</w:t>
            </w:r>
            <w:proofErr w:type="spellStart"/>
            <w:r w:rsidRPr="00CB5F99">
              <w:t>Цифрлық</w:t>
            </w:r>
            <w:proofErr w:type="spellEnd"/>
            <w:r w:rsidRPr="00CB5F99">
              <w:rPr>
                <w:lang w:val="en-US"/>
              </w:rPr>
              <w:t xml:space="preserve"> </w:t>
            </w:r>
            <w:r w:rsidRPr="00CB5F99">
              <w:t>трансформация</w:t>
            </w:r>
            <w:r w:rsidRPr="00CB5F99">
              <w:rPr>
                <w:lang w:val="en-US"/>
              </w:rPr>
              <w:t xml:space="preserve">» </w:t>
            </w:r>
            <w:proofErr w:type="spellStart"/>
            <w:r w:rsidRPr="00CB5F99">
              <w:t>тақырыбындағы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халықаралық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жобалар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конкурсының</w:t>
            </w:r>
            <w:proofErr w:type="spellEnd"/>
            <w:r w:rsidRPr="00CB5F99">
              <w:rPr>
                <w:lang w:val="en-US"/>
              </w:rPr>
              <w:t xml:space="preserve"> </w:t>
            </w:r>
            <w:proofErr w:type="spellStart"/>
            <w:r w:rsidRPr="00CB5F99">
              <w:t>жеңімпазы</w:t>
            </w:r>
            <w:proofErr w:type="spellEnd"/>
            <w:r w:rsidRPr="00CB5F99">
              <w:rPr>
                <w:lang w:val="en-US"/>
              </w:rPr>
              <w:t>.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2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 xml:space="preserve">Ғылыми жетекшілігімен Универсиада, Азия чемпионаттары мен ойындары, Еуропа, Әлем және Олимпиада </w:t>
            </w:r>
            <w:r w:rsidRPr="002D04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ойындарының жеңімпаздары немесе жүлдегерлері</w:t>
            </w:r>
          </w:p>
        </w:tc>
        <w:tc>
          <w:tcPr>
            <w:tcW w:w="6350" w:type="dxa"/>
          </w:tcPr>
          <w:p w:rsidR="00CB5F99" w:rsidRPr="006C6F3C" w:rsidRDefault="00CB5F99" w:rsidP="00CB5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5F99" w:rsidRPr="006C6F3C" w:rsidRDefault="00CB5F99" w:rsidP="00CB5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4439" w:rsidRPr="00CB5F99" w:rsidRDefault="00CB5F99" w:rsidP="00CB5F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674439" w:rsidRPr="002D0409" w:rsidTr="0024650F">
        <w:tc>
          <w:tcPr>
            <w:tcW w:w="456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2" w:type="dxa"/>
          </w:tcPr>
          <w:p w:rsidR="00674439" w:rsidRPr="002D0409" w:rsidRDefault="002D04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0409">
              <w:rPr>
                <w:rFonts w:ascii="Times New Roman" w:hAnsi="Times New Roman" w:cs="Times New Roman"/>
                <w:sz w:val="24"/>
                <w:szCs w:val="24"/>
              </w:rPr>
              <w:t>Қосымша мәліметтер</w:t>
            </w:r>
          </w:p>
        </w:tc>
        <w:tc>
          <w:tcPr>
            <w:tcW w:w="6350" w:type="dxa"/>
          </w:tcPr>
          <w:p w:rsidR="00CB5F99" w:rsidRPr="00CB5F99" w:rsidRDefault="00CB5F99" w:rsidP="00CB5F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Чепуштанова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Татьяна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Александровна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жыл</w:t>
            </w:r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Жоғары оқу орнының ү</w:t>
            </w:r>
            <w:proofErr w:type="spellStart"/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здік</w:t>
            </w:r>
            <w:proofErr w:type="spellEnd"/>
            <w:r w:rsidR="00770E4E" w:rsidRPr="00770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оқытушысы</w:t>
            </w:r>
            <w:proofErr w:type="spellEnd"/>
            <w:r w:rsidR="00770E4E" w:rsidRPr="00770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атағының</w:t>
            </w:r>
            <w:proofErr w:type="spellEnd"/>
            <w:r w:rsidR="00770E4E" w:rsidRPr="00770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иегері</w:t>
            </w:r>
            <w:proofErr w:type="spellEnd"/>
            <w:r w:rsidR="00770E4E" w:rsidRPr="00770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болып</w:t>
            </w:r>
            <w:proofErr w:type="spellEnd"/>
            <w:r w:rsidR="00770E4E" w:rsidRPr="00770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70E4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табылады</w:t>
            </w:r>
            <w:proofErr w:type="spellEnd"/>
            <w:r w:rsidR="00770E4E" w:rsidRPr="00770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B5F99" w:rsidRPr="00505B3E" w:rsidRDefault="00CB5F99" w:rsidP="00CB5F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Чепуштанова</w:t>
            </w:r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.-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ның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жетекшілігімен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Қазақстан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Республикасында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алғаш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рет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Жас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ғалым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конкурсы</w:t>
            </w:r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аясында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постдокторанттардың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жобалары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сәтті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аяқталды</w:t>
            </w:r>
            <w:proofErr w:type="spellEnd"/>
            <w:r w:rsidRPr="001B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1.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Байгенжено</w:t>
            </w:r>
            <w:r w:rsidR="006C6F3C"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Омирсерик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Сабыржанович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PhD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докторы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ИРН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AP13268858 – «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Асбест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өндірісінің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қалдықтарынан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жоғары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тазалықтағы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микродисперсті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кремний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оксидін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металлургиялық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кремний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зерттеу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2022–2024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жж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аяқталу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күні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31.12.2024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ұлттық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кеңес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мақұлдаған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2.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Меркибаев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Ерик</w:t>
            </w:r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Серикович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PhD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докторы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ИРН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AP15473200 – «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Алдын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ала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жоғары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температуралы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сульфидтендіру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арқылы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тотыққан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кендерді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қайта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өңдеу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әзірлеу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», 2022–2024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жж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аяқталу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күні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31.12.2024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ұлттық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кеңес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мақұлдаған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CB5F99" w:rsidRPr="00505B3E" w:rsidRDefault="00CB5F99" w:rsidP="00CB5F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Қазіргі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уақытта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Чепуштанова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2024–2026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жылдарға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арналған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Жас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ғалым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жобасы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аясында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Сарсембеков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Турар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Кусмановичтің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ИРН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AP22686490)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постдокторантурадағы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жетекшісі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болып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табылады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тақырыбы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«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Титан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құрамды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шикізатты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хлормен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өңдеу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кезінде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ниобий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B5F99" w:rsidRPr="006C6F3C" w:rsidRDefault="00CB5F99" w:rsidP="00CB5F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Чепуштанова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Satbayev University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НИТУ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Мәскеу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болат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қорытпалар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институты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МИСиС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Мәскеу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Ресей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арасындағы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бірлескен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екі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білім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беру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бағдарламасы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бойынша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алғашқы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магистрант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Төлегенов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Азамат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Сағымбайұлының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жетекшісі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болды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Магистрлік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диссертация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Пиритті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концентраттарды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қайта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өңдеу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темір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оксидті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пигмент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арқылы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зерттеу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тақырыбында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7M07229 – «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Экстрактивті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металлургия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мамандығы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бойынша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18.06.2025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қорғалды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хаттама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4). Satbayev University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дипломы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№ MD00027627725,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тіркеу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61, 01.07.2025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НИТУ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МИСиС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Ресей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бойынша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22.04.02 – «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Металлургия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мамандығы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қорғау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күні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11.06.2025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хаттама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2417117),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диплом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107704 0526898,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тіркеу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2723, 30.06.2025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B5F99" w:rsidRPr="006C6F3C" w:rsidRDefault="00CB5F99" w:rsidP="00CB5F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Чепуштанова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барлығы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10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гранттық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қаржыландыруға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ие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жобалардың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ғылыми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жетекшісі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болған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Соңғы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жылдағы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негізгі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жобалар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2024–2026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жж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="00EF133E"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жобасының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жетекшісі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ИРН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23490117: «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Пиритті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концентраттарды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кешенді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қайта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өңдеу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темір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оксидті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пигменттер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металдардың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ультрадисперсті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ұнтақтарын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арқылы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әзірлеу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2023–2025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жж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="00EF133E"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БНҚ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жобасының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бөлімі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жетекшісі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ИРН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BR21881939 «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Тау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металлургия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кешені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үшін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ресурсты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үнемдейтін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энергия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өндіруші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технологияларды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әзірлеу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инновациялық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инжиниринг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орталығын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құру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Бөлім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тақырыбы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ванадий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құрамды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шикізатты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сирек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металдар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концентраттарын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ала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отырып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қайта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өңдеудің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біріктірілген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әзірлеу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2022–2024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жж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  <w:r w:rsidR="00EF133E"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жобасының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жетекшісі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AP14871587: «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Мыс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экстракциясы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кезінде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крадо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түзілуін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төмендетудің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кешенді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әзірлеу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2020–2022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жж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Жас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ғалымдар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конкурсының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жеңімпазы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AP08052829: «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Тотыққан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байытуы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қиын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мырыш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қорғасын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құрамды</w:t>
            </w:r>
            <w:proofErr w:type="spellEnd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05B3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кендер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</w:t>
            </w:r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байыту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аралық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өнімдерін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сульфидтендіруші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күйдіру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және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кейінгі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байыту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арқылы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кешенді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қайта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өңдеудің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гибридті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технологиясын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әзірлеу</w:t>
            </w:r>
            <w:proofErr w:type="spellEnd"/>
            <w:r w:rsidRPr="006C6F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B5F99" w:rsidRPr="00CB5F99" w:rsidRDefault="00CB5F99" w:rsidP="00CB5F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Чепуштанова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DERWENT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дерекқорында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тіркелген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патенттің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авторы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CB5F9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Processing oxidized lead-zinc ore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(2024-C48647);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CB5F9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Removing arsenic and carbon from arsenopyrite-carbon contents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(2024-B08867);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– </w:t>
            </w:r>
            <w:r w:rsidRPr="00CB5F99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Magnetic roasting of pyrite containing raw materials involves using air blast in autogenous mode in fluidized bed furnace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(2019-36710U).</w:t>
            </w:r>
          </w:p>
          <w:p w:rsidR="00674439" w:rsidRPr="002D0409" w:rsidRDefault="00CB5F99" w:rsidP="00505B3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Мемлекеттік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наградалар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мен</w:t>
            </w:r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марапаттар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  <w:r w:rsid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Қазақстан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Республикасының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саласындағы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ерекше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еңбегі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үшін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Ғылымды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дамытуға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сіңірген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еңбегі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үшін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төсбелгісі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04.11.2024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.;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Сәтбаев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атындағы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ҚазҰТУ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дың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университетті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дамытуға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қосқан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ерекше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үлесі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үшін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алтын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медалі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№ 030, 2023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="00505B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.;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Еңбек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даңқы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III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дәрежелі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төсбелгісі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мінсіз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қызметі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еңбек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өтілі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үшін</w:t>
            </w:r>
            <w:proofErr w:type="spellEnd"/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№ 2170, 2022 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</w:t>
            </w:r>
            <w:r w:rsidRPr="00CB5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2D0409" w:rsidRDefault="002D0409" w:rsidP="00770E4E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770E4E" w:rsidRDefault="00770E4E" w:rsidP="00770E4E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770E4E" w:rsidRPr="00770E4E" w:rsidRDefault="00770E4E" w:rsidP="00770E4E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770E4E" w:rsidRPr="00770E4E" w:rsidRDefault="00770E4E" w:rsidP="00770E4E">
      <w:pPr>
        <w:spacing w:after="0" w:line="240" w:lineRule="auto"/>
        <w:rPr>
          <w:rFonts w:ascii="Times New Roman" w:hAnsi="Times New Roman" w:cs="Times New Roman"/>
          <w:b/>
          <w:sz w:val="28"/>
          <w:szCs w:val="24"/>
          <w:lang w:val="ru-RU"/>
        </w:rPr>
      </w:pPr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>Тау-</w:t>
      </w:r>
      <w:proofErr w:type="spellStart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>кен</w:t>
      </w:r>
      <w:proofErr w:type="spellEnd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 xml:space="preserve"> </w:t>
      </w:r>
      <w:proofErr w:type="spellStart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>және</w:t>
      </w:r>
      <w:proofErr w:type="spellEnd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 xml:space="preserve"> металлургия </w:t>
      </w:r>
    </w:p>
    <w:p w:rsidR="00770E4E" w:rsidRPr="00770E4E" w:rsidRDefault="00770E4E" w:rsidP="00770E4E">
      <w:pPr>
        <w:spacing w:after="0" w:line="240" w:lineRule="auto"/>
        <w:rPr>
          <w:rFonts w:ascii="Times New Roman" w:hAnsi="Times New Roman" w:cs="Times New Roman"/>
          <w:b/>
          <w:sz w:val="28"/>
          <w:szCs w:val="24"/>
          <w:lang w:val="ru-RU"/>
        </w:rPr>
      </w:pPr>
      <w:proofErr w:type="spellStart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>институтының</w:t>
      </w:r>
      <w:proofErr w:type="spellEnd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 xml:space="preserve"> директоры         _______________              К.Б. </w:t>
      </w:r>
      <w:proofErr w:type="spellStart"/>
      <w:r w:rsidRPr="00770E4E">
        <w:rPr>
          <w:rFonts w:ascii="Times New Roman" w:hAnsi="Times New Roman" w:cs="Times New Roman"/>
          <w:b/>
          <w:sz w:val="28"/>
          <w:szCs w:val="24"/>
          <w:lang w:val="ru-RU"/>
        </w:rPr>
        <w:t>Рысбеков</w:t>
      </w:r>
      <w:proofErr w:type="spellEnd"/>
    </w:p>
    <w:sectPr w:rsidR="00770E4E" w:rsidRPr="00770E4E" w:rsidSect="002D0409">
      <w:pgSz w:w="12240" w:h="15840"/>
      <w:pgMar w:top="1440" w:right="1183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59248C0"/>
    <w:multiLevelType w:val="multilevel"/>
    <w:tmpl w:val="5D669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B4D24"/>
    <w:rsid w:val="0024650F"/>
    <w:rsid w:val="0029639D"/>
    <w:rsid w:val="002D0409"/>
    <w:rsid w:val="00326F90"/>
    <w:rsid w:val="00505B3E"/>
    <w:rsid w:val="005314F5"/>
    <w:rsid w:val="005765C8"/>
    <w:rsid w:val="005B692D"/>
    <w:rsid w:val="00674439"/>
    <w:rsid w:val="006C6F3C"/>
    <w:rsid w:val="006F38B3"/>
    <w:rsid w:val="00770E4E"/>
    <w:rsid w:val="00952974"/>
    <w:rsid w:val="00AA1D8D"/>
    <w:rsid w:val="00B47730"/>
    <w:rsid w:val="00B74368"/>
    <w:rsid w:val="00CB0664"/>
    <w:rsid w:val="00CB5F99"/>
    <w:rsid w:val="00CC6D61"/>
    <w:rsid w:val="00D934B2"/>
    <w:rsid w:val="00E54813"/>
    <w:rsid w:val="00EF133E"/>
    <w:rsid w:val="00F977D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38F185"/>
  <w14:defaultImageDpi w14:val="300"/>
  <w15:docId w15:val="{0474A1DD-C6A8-432D-8E04-D0CB8F21A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Normal (Web)"/>
    <w:basedOn w:val="a1"/>
    <w:uiPriority w:val="99"/>
    <w:unhideWhenUsed/>
    <w:rsid w:val="006F3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9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ED3A89-9029-429F-BF3B-DB34A0720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1245</Words>
  <Characters>7101</Characters>
  <Application>Microsoft Office Word</Application>
  <DocSecurity>0</DocSecurity>
  <Lines>59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8330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Tatyana Chepushtanova</cp:lastModifiedBy>
  <cp:revision>7</cp:revision>
  <dcterms:created xsi:type="dcterms:W3CDTF">2026-01-13T08:01:00Z</dcterms:created>
  <dcterms:modified xsi:type="dcterms:W3CDTF">2026-01-14T10:36:00Z</dcterms:modified>
  <cp:category/>
</cp:coreProperties>
</file>